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תמר וסוד הרעם – החורף בישראל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תוכן הסיפור על תמר, סבתא רותי ואיתן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תופעות טבע של החורף: ברק, רעם, שלוליות ושנת 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וכתיבה על נושא החורף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דצמבר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כי שכבות שומרות על חום הגוף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הסבירה סבתא רותי לתמר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הצבים מתחבאים באדמה וישנים שנת חורף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חולצה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חורף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(שומרות על חום הגוף)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(אור חזק בשמיים בסערה)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(קול חזק אחרי הברק)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מהלך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תמר מתעוררת ורואה שמיים אפורים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תמר לובשת שכבות בגדים חמות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המשפחה יושבת יחד בערב וסועדת מרק עדשים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ושיחה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הוא מכנס את כל המשפחה והחברים יחד בערב, סביב מרק חם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האור מהיר מהקול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הצבים ישנים שנת חורף באדמה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שכבות בגדים שומרות על חום הגוף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ההקראה לפני מילוי הדף כדי לחזק הבנה שמיעתית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לעודד שיתוף מרצון בלבד, כפי שמוצע בדף המקורי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הפריטים המסומנים לתלמידים הזקוקים להתאמות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תמר וסוד הרעם – החורף בישראל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בסיפור 'תמר וסוד הרעם' תמר מגלה עם סבתא רותי ואיתן איך נראה חורף בישראל - גשם, ברקים, רעמים ושלוליות. הדף יעזור לכם להבין את הסיפור ואת תופעות הטבע שבו.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חולצה  ·  חורף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באיזה חודש התעוררה תמר והרגישה שהחורף הגיע?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ינואר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דצמבר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למה לבשה תמר כמה שכבות בגדים?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 זה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 שכבות שומרות על חום הגוף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 לא היה לה מעיל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בישראל החורף הוא עונת הגשמים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הצבים ערים כל החורף ומשחקים בשלג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תמר לבשה __________, סוודר ומעיל כדי להתחמם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הצבים מתחבאים באדמה וישנים שנת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שכבות בגדים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קול חזק אחרי הברק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ברק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שומרות על חום הגוף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רעם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אור חזק בשמיים בסערה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מהלך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תמר לובשת שכבות בגדים חמות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המשפחה יושבת יחד בערב וסועדת מרק עדשים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תמר מתעוררת ורואה שמיים אפורים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ושיחה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מדוע תמר אוהבת את החורף? הסבירו בעזרת הסיפור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גורם לנו לראות ברק לפני ששומעים רעם?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עושים הצבים בחורף?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תמר וסוד הרעם – החורף בישראל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