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וסוד הרעם – החורף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תמר, סבתא רותי ואיתן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תופעות טבע של החורף: ברק, רעם, שלוליות ושנת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נושא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שכבות שומרות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האור מהיר יותר מהקול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כמה רחוקה הסערה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לקפוץ רק בשלוליות קטנות ולא ליד נחל או עמוד חשמל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סבתא רותי היא הסבתא של תמר, והיא גרה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הסבירה סבתא רותי לתמר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הצבים מתחבאים באדמה וישנים שנת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סיפרה סבתא על ההר הגבוה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(שומרות על חום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(אור חזק בשמיים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(קול חזק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(ציפורים שמגיעות מארצות קרות)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(שינה ארוכה של בעלי חיים בחורף)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מתעוררת ורואה שמיים אפורים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 לובשת שכבות בגדים חמות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ברק מאיר את השמיים ואחריו נשמע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להקת עגורים עוברת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המשפחה יושבת יחד בערב וסועדת מרק עדשים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מכנס את כל המשפחה והחברים יחד בערב, סביב מרק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שאלה הקשורה לתופעות החורף בסיפור, כגון גשם, ברק או בעלי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האור מהיר מהקול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הצבים ישנים שנת חורף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שכבות בגדים שומרות על חום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מילוי הדף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שיתוף מרצון בלבד, כפי שמוצע בדף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וסוד הרעם – החורף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על ילדה בשם תמר. בחורף יורד גשם, יש ברק ורעם, ויש שלוליות ברחוב. בדף הזה נתרגל להבין את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חתיכת אדים בשמיים שיכולה להביא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חזק ומהיר בשמיים בזמן סערה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שבא אחרי הברק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שנאספים ברחוב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גדולות שעפות מארץ קרה לארץ 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שנת חורף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ארוכה של חיות כמו צבים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מחלחל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 לאט לתוך האדמה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האגם הגדול בישראל שמתמלא ממי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קרה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אוגוסט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תמר לבשה הרבה בגדים?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שכבות שומרות על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היה לה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איתן ביקש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מגיע אלינו קודם, האור או הקול?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הרעם רחוק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האור מהיר יותר מהקול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הברק קורה קודם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הקול לא נשמע בגשם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סבתא ספרה שניות אחרי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זמן ירד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רחוקה הסערה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חזק הרעם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גבוה הברק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לעשות ליד שלוליות?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לקפוץ רק בשלוליות קטנות ולא ליד נחל או עמוד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לקפוץ בשלוליות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לקפוץ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לקפוץ רק עם מטריה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רותי היא אמא של תמר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החורף הוא עונת הגשמים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הצבים ערים כל החורף ומשחקים בשלג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הר החרמון יש שלג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לבשה __________, סוודר ומעיל כדי להתחמם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מהיר הרבה יותר מהקול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הצבים מתחבאים באדמה וישנים 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תמר אוהבת את החורף כי הוא מכנס את כולם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שכבות בגדים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 חזק בשמיים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שינה ארוכה של בעלי חיים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ציפורים שמגיעות מארצות קרות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קול חזק אחרי הברק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שנת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שומרות על חום הגוף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להקת עגורים עוברת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מאיר את השמיים ואחריו נשמע רעם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מתעוררת ורואה שמיים אפורים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יושבת יחד בערב וסועדת מרק עדשים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לובשת שכבות בגדים חמות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תמר אוהבת את החורף? הסבירו בעזרת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שהייתם שואלים את סבתא רותי על החורף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לנו לראות ברק לפני ששומעים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הצבים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ללבוש כמה שכבות בגדים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 וסוד הרעם – החורף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