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תמר וסוד הרעם – החורף בישראל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תוכן הסיפור על תמר, סבתא רותי ואיתן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תופעות טבע של החורף: ברק, רעם, שלוליות ושנת 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וכתיבה על נושא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דצמבר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כי שכבות שומרות על חום הגוף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כי האור מהיר יותר מהקול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כמה רחוקה הסערה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לקפוץ רק בשלוליות קטנות ולא ליד נחל או עמוד חשמל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סבתא רותי היא הסבתא של תמר, והיא גרה איתה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הסבירה סבתא רותי לתמר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הצבים מתחבאים באדמה וישנים שנת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סיפרה סבתא על ההר הגבוה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חולצה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(שומרות על חום הגוף)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(אור חזק בשמיים בסערה)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(קול חזק אחרי הברק)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(ציפורים שמגיעות מארצות קרות)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(שינה ארוכה של בעלי חיים בחורף)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תמר מתעוררת ורואה שמיים אפורים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תמר לובשת שכבות בגדים חמות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ברק מאיר את השמיים ואחריו נשמע רעם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להקת עגורים עוברת בשמיים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המשפחה יושבת יחד בערב וסועדת מרק עדשים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ושיחה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הוא מכנס את כל המשפחה והחברים יחד בערב, סביב מרק 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שאלה הקשורה לתופעות החורף בסיפור, כגון גשם, ברק או בעלי חיים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האור מהיר מהקול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הצבים ישנים שנת חורף באדמה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שכבות בגדים שומרות על חום הגוף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ההקראה לפני מילוי הדף כדי לחזק הבנה שמיעתית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לעודד שיתוף מרצון בלבד, כפי שמוצע בדף המקורי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לתלמידים הזקוקים להתאמות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תמר וסוד הרעם – החורף בישראל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בסיפור 'תמר וסוד הרעם' תמר מגלה עם סבתא רותי ואיתן איך נראה חורף בישראל - גשם, ברקים, רעמים ושלוליות. הדף יעזור לכם להבין את הסיפור ואת תופעות הטבע שבו.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חודש התעוררה תמר והרגישה שהחורף הגיע?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ינואר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דצמבר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אוגוסט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לבשה תמר כמה שכבות בגדים?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זה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שכבות שומרות על חום הגוף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לא היה לה מעיל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איתן ביקש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ראינו את הברק לפני ששמענו את הרעם?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הרעם רחוק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האור מהיר יותר מהקול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הברק קורה קודם בזמן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הקול לא נשמע בגשם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אפשר ללמוד מספירת השניות בין ברק לרעם?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כמה זמן ירד הגשם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 רחוקה הסערה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 חזק הרעם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 גבוה הברק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הזהירה סבתא את הילדים לגבי שלוליות?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לקפוץ רק בשלוליות קטנות ולא ליד נחל או עמוד חשמל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לקפוץ בשלוליות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לקפוץ רק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לקפוץ רק עם מטריה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סבתא רותי היא אמא של תמר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בישראל החורף הוא עונת הגשמים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הצבים ערים כל החורף ומשחקים בשלג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 הר החרמון יש שלג בחורף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תמר לבשה __________, סוודר ומעיל כדי להתחמם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מהיר הרבה יותר מהקול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הצבים מתחבאים באדמה וישנים שנת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תמר אוהבת את החורף כי הוא מכנס את כולם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שכבות בגדים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קול חזק אחרי הברק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ברק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שומרות על חום הגוף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רעם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ציפורים שמגיעות מארצות קרות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עגורים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שינה ארוכה של בעלי חיים בחורף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שנת חורף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אור חזק בשמיים בסערה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מהלך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המשפחה יושבת יחד בערב וסועדת מרק עדשים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ברק מאיר את השמיים ואחריו נשמע רעם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לובשת שכבות בגדים חמות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מתעוררת ורואה שמיים אפורים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להקת עגורים עוברת בשמיים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ושיחה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תמר אוהבת את החורף? הסבירו בעזרת הסיפור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שאלה אחת שהייתם שואלים את סבתא רותי על החורף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גורם לנו לראות ברק לפני ששומעים רעם?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הצבים בחורף?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ללבוש כמה שכבות בגדים בחורף?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תמר וסוד הרעם – החורף בישראל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